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862C80">
            <w:pPr>
              <w:keepNext/>
              <w:jc w:val="center"/>
            </w:pPr>
            <w:r>
              <w:rPr>
                <w:i/>
                <w:color w:val="595959"/>
              </w:rPr>
              <w:t>siglă / stemă</w:t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11B3CAD" w14:textId="77777777" w:rsidR="00AD35FD" w:rsidRDefault="00AD35FD">
            <w:pPr>
              <w:keepNext/>
            </w:pP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862C8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61FB1429" w:rsidR="00AD35FD" w:rsidRPr="007050CD" w:rsidRDefault="00C16CF1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4427048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862C8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F7A90CC" w14:textId="77777777" w:rsidR="00AD35FD" w:rsidRDefault="00862C80">
            <w:pPr>
              <w:keepNext/>
            </w:pPr>
            <w:r>
              <w:rPr>
                <w:i/>
                <w:color w:val="7A7A7A"/>
              </w:rPr>
              <w:t>sediul · telefon · e-mail</w:t>
            </w:r>
          </w:p>
          <w:p w14:paraId="1C11E709" w14:textId="5068AE34" w:rsidR="00AD35FD" w:rsidRDefault="00C16CF1">
            <w:pPr>
              <w:keepNext/>
            </w:pPr>
            <w:r>
              <w:t xml:space="preserve">Loc. </w:t>
            </w:r>
            <w:proofErr w:type="spellStart"/>
            <w:proofErr w:type="gramStart"/>
            <w:r>
              <w:t>Feldru,str</w:t>
            </w:r>
            <w:proofErr w:type="spellEnd"/>
            <w:r>
              <w:t>.</w:t>
            </w:r>
            <w:proofErr w:type="gramEnd"/>
            <w:r>
              <w:t xml:space="preserve"> </w:t>
            </w:r>
            <w:proofErr w:type="spellStart"/>
            <w:r>
              <w:t>Vasile</w:t>
            </w:r>
            <w:proofErr w:type="spellEnd"/>
            <w:r>
              <w:t xml:space="preserve"> </w:t>
            </w:r>
            <w:proofErr w:type="spellStart"/>
            <w:r>
              <w:t>Nascu</w:t>
            </w:r>
            <w:proofErr w:type="spellEnd"/>
            <w:r>
              <w:t>, nr.98, jud.BN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110C912F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862C8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862C8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862C8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862C8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862C8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862C8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 xml:space="preserve">Nume și </w:t>
            </w:r>
            <w:r>
              <w:rPr>
                <w:b/>
                <w:color w:val="0D5F78"/>
              </w:rPr>
              <w:t>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862C8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862C8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862C8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862C8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862C8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862C8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 xml:space="preserve">TITULAR AL </w:t>
            </w:r>
            <w:r w:rsidRPr="007050CD">
              <w:rPr>
                <w:b/>
                <w:color w:val="000000"/>
                <w:sz w:val="18"/>
                <w:lang w:val="fr-FR"/>
              </w:rPr>
              <w:t>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862C8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862C8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862C8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862C8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862C8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862C8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862C8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862C8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862C8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862C8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862C8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862C8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862C8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862C8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862C8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862C8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862C8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862C8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862C8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862C8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E08AA" w14:textId="77777777" w:rsidR="00862C80" w:rsidRDefault="00862C80">
      <w:r>
        <w:separator/>
      </w:r>
    </w:p>
  </w:endnote>
  <w:endnote w:type="continuationSeparator" w:id="0">
    <w:p w14:paraId="55D2BF53" w14:textId="77777777" w:rsidR="00862C80" w:rsidRDefault="00862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F1F6F" w14:textId="7C30F0FC" w:rsidR="00AD35FD" w:rsidRDefault="00862C8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009B8" w14:textId="77777777" w:rsidR="00862C80" w:rsidRDefault="00862C80">
      <w:r>
        <w:separator/>
      </w:r>
    </w:p>
  </w:footnote>
  <w:footnote w:type="continuationSeparator" w:id="0">
    <w:p w14:paraId="0CBF701A" w14:textId="77777777" w:rsidR="00862C80" w:rsidRDefault="00862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62C80"/>
    <w:rsid w:val="008E3393"/>
    <w:rsid w:val="00AA1D8D"/>
    <w:rsid w:val="00AD35FD"/>
    <w:rsid w:val="00B47730"/>
    <w:rsid w:val="00B769B5"/>
    <w:rsid w:val="00C16CF1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</cp:lastModifiedBy>
  <cp:revision>2</cp:revision>
  <dcterms:created xsi:type="dcterms:W3CDTF">2013-12-23T23:15:00Z</dcterms:created>
  <dcterms:modified xsi:type="dcterms:W3CDTF">2026-10-07T08:22:00Z</dcterms:modified>
  <cp:category/>
</cp:coreProperties>
</file>