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77777777" w:rsidR="00A11ECC" w:rsidRDefault="006C1373">
            <w:pPr>
              <w:keepNext/>
              <w:jc w:val="center"/>
            </w:pPr>
            <w:r>
              <w:rPr>
                <w:i/>
                <w:color w:val="595959"/>
              </w:rPr>
              <w:t>siglă / stemă</w:t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F924B6" w14:textId="3ECB14D3" w:rsidR="00A11ECC" w:rsidRDefault="00532F15">
            <w:pPr>
              <w:keepNext/>
            </w:pPr>
            <w:proofErr w:type="spellStart"/>
            <w:r>
              <w:t>Bistriţa-Năsăud</w:t>
            </w:r>
            <w:proofErr w:type="spellEnd"/>
          </w:p>
        </w:tc>
      </w:tr>
      <w:tr w:rsidR="00A11ECC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A11ECC" w:rsidRDefault="00A11ECC"/>
        </w:tc>
        <w:tc>
          <w:tcPr>
            <w:tcW w:w="8030" w:type="dxa"/>
            <w:gridSpan w:val="3"/>
            <w:shd w:val="clear" w:color="auto" w:fill="F0F0F0"/>
          </w:tcPr>
          <w:p w14:paraId="1E67140C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7378C482" w14:textId="0D617F35" w:rsidR="00A11ECC" w:rsidRDefault="00532F15">
            <w:pPr>
              <w:keepNext/>
            </w:pPr>
            <w:proofErr w:type="spellStart"/>
            <w:r>
              <w:t>Primăria</w:t>
            </w:r>
            <w:proofErr w:type="spellEnd"/>
            <w:r>
              <w:t xml:space="preserve"> </w:t>
            </w:r>
            <w:proofErr w:type="spellStart"/>
            <w:r>
              <w:t>Comunei</w:t>
            </w:r>
            <w:proofErr w:type="spellEnd"/>
            <w:r>
              <w:t xml:space="preserve"> </w:t>
            </w:r>
            <w:proofErr w:type="spellStart"/>
            <w:r>
              <w:t>Feldru</w:t>
            </w:r>
            <w:proofErr w:type="spellEnd"/>
          </w:p>
        </w:tc>
      </w:tr>
      <w:tr w:rsidR="00A11ECC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A11ECC" w:rsidRDefault="00A11ECC"/>
        </w:tc>
        <w:tc>
          <w:tcPr>
            <w:tcW w:w="2409" w:type="dxa"/>
            <w:shd w:val="clear" w:color="auto" w:fill="F0F0F0"/>
          </w:tcPr>
          <w:p w14:paraId="7F9BF08C" w14:textId="77777777" w:rsidR="00A11ECC" w:rsidRPr="00E6757A" w:rsidRDefault="006C1373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6A9290B8" w:rsidR="00A11ECC" w:rsidRPr="00E6757A" w:rsidRDefault="00532F15">
            <w:pPr>
              <w:keepNext/>
              <w:rPr>
                <w:lang w:val="fr-FR"/>
              </w:rPr>
            </w:pPr>
            <w:r>
              <w:rPr>
                <w:lang w:val="fr-FR"/>
              </w:rPr>
              <w:t>4427048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Default="006C1373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597B0D9" w14:textId="77777777" w:rsidR="00A11ECC" w:rsidRDefault="006C1373">
            <w:pPr>
              <w:keepNext/>
            </w:pPr>
            <w:r>
              <w:rPr>
                <w:i/>
                <w:color w:val="7A7A7A"/>
              </w:rPr>
              <w:t>sediul · telefon · e-mail</w:t>
            </w:r>
          </w:p>
          <w:p w14:paraId="17684A54" w14:textId="54A9BAA1" w:rsidR="00A11ECC" w:rsidRDefault="00532F15">
            <w:pPr>
              <w:keepNext/>
            </w:pPr>
            <w:proofErr w:type="spellStart"/>
            <w:r>
              <w:t>Localitatea</w:t>
            </w:r>
            <w:proofErr w:type="spellEnd"/>
            <w:r>
              <w:t xml:space="preserve"> </w:t>
            </w:r>
            <w:proofErr w:type="spellStart"/>
            <w:r>
              <w:t>Feldru</w:t>
            </w:r>
            <w:proofErr w:type="spellEnd"/>
            <w:r>
              <w:t xml:space="preserve">, str. </w:t>
            </w:r>
            <w:proofErr w:type="spellStart"/>
            <w:r>
              <w:t>Vasile</w:t>
            </w:r>
            <w:proofErr w:type="spellEnd"/>
            <w:r>
              <w:t xml:space="preserve"> </w:t>
            </w:r>
            <w:proofErr w:type="spellStart"/>
            <w:r>
              <w:t>Nascu</w:t>
            </w:r>
            <w:proofErr w:type="spellEnd"/>
            <w:r>
              <w:t>. Nr.98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6C1373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E6757A">
              <w:rPr>
                <w:i/>
                <w:color w:val="595959"/>
                <w:lang w:val="fr-FR"/>
              </w:rPr>
              <w:t>se</w:t>
            </w:r>
            <w:proofErr w:type="gram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6C1373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6C1373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6C137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6C1373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6C1373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6C1373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6C1373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6C1373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6C1373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6C1373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6C1373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6C1373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6C1373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6C1373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6C1373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6C1373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6C1373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6C1373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6C1373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6C1373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6C1373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6C1373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6C1373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6C1373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6C1373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6C1373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6C1373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6C1373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6C1373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6C1373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FEAC7" w14:textId="77777777" w:rsidR="006C1373" w:rsidRDefault="006C1373">
      <w:r>
        <w:separator/>
      </w:r>
    </w:p>
  </w:endnote>
  <w:endnote w:type="continuationSeparator" w:id="0">
    <w:p w14:paraId="12017D41" w14:textId="77777777" w:rsidR="006C1373" w:rsidRDefault="006C1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FAD8D" w14:textId="547B7A71" w:rsidR="00A11ECC" w:rsidRDefault="006C1373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26FD3" w14:textId="77777777" w:rsidR="006C1373" w:rsidRDefault="006C1373">
      <w:r>
        <w:separator/>
      </w:r>
    </w:p>
  </w:footnote>
  <w:footnote w:type="continuationSeparator" w:id="0">
    <w:p w14:paraId="33AA1A64" w14:textId="77777777" w:rsidR="006C1373" w:rsidRDefault="006C1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532F15"/>
    <w:rsid w:val="006C103E"/>
    <w:rsid w:val="006C1373"/>
    <w:rsid w:val="00A11ECC"/>
    <w:rsid w:val="00AA1D8D"/>
    <w:rsid w:val="00B47730"/>
    <w:rsid w:val="00CB0664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Urbanism</cp:lastModifiedBy>
  <cp:revision>2</cp:revision>
  <dcterms:created xsi:type="dcterms:W3CDTF">2013-12-23T23:15:00Z</dcterms:created>
  <dcterms:modified xsi:type="dcterms:W3CDTF">2026-10-02T06:20:00Z</dcterms:modified>
  <cp:category/>
</cp:coreProperties>
</file>