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A6244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77777777" w:rsidR="007A6244" w:rsidRDefault="00866829">
            <w:pPr>
              <w:keepNext/>
              <w:jc w:val="center"/>
            </w:pPr>
            <w:r>
              <w:rPr>
                <w:i/>
                <w:color w:val="595959"/>
              </w:rPr>
              <w:t>siglă / stemă</w:t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26F55A8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435FD5F" w14:textId="4E6ED160" w:rsidR="007A6244" w:rsidRDefault="00FA2AA1">
            <w:pPr>
              <w:keepNext/>
            </w:pPr>
            <w:proofErr w:type="spellStart"/>
            <w:r>
              <w:t>Bistrita-Nasaud</w:t>
            </w:r>
            <w:proofErr w:type="spellEnd"/>
          </w:p>
        </w:tc>
      </w:tr>
      <w:tr w:rsidR="007A6244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A6244" w:rsidRDefault="007A6244"/>
        </w:tc>
        <w:tc>
          <w:tcPr>
            <w:tcW w:w="8030" w:type="dxa"/>
            <w:gridSpan w:val="3"/>
            <w:shd w:val="clear" w:color="auto" w:fill="F0F0F0"/>
          </w:tcPr>
          <w:p w14:paraId="2BBBE527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252C7A8" w14:textId="0C6FF635" w:rsidR="007A6244" w:rsidRDefault="00FA2AA1">
            <w:pPr>
              <w:keepNext/>
            </w:pPr>
            <w:r>
              <w:t xml:space="preserve">Primaria </w:t>
            </w:r>
            <w:proofErr w:type="spellStart"/>
            <w:r>
              <w:t>Comuna</w:t>
            </w:r>
            <w:proofErr w:type="spellEnd"/>
            <w:r>
              <w:t xml:space="preserve"> </w:t>
            </w:r>
            <w:proofErr w:type="spellStart"/>
            <w:r>
              <w:t>Feldru</w:t>
            </w:r>
            <w:proofErr w:type="spellEnd"/>
          </w:p>
        </w:tc>
      </w:tr>
      <w:tr w:rsidR="007A6244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A6244" w:rsidRDefault="007A6244"/>
        </w:tc>
        <w:tc>
          <w:tcPr>
            <w:tcW w:w="2409" w:type="dxa"/>
            <w:shd w:val="clear" w:color="auto" w:fill="F0F0F0"/>
          </w:tcPr>
          <w:p w14:paraId="01FCE0A2" w14:textId="77777777" w:rsidR="007A6244" w:rsidRPr="009D5BC3" w:rsidRDefault="00866829">
            <w:pPr>
              <w:keepNext/>
              <w:rPr>
                <w:lang w:val="fr-FR"/>
              </w:rPr>
            </w:pPr>
            <w:r w:rsidRPr="009D5BC3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9D5BC3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9D5BC3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47118462" w:rsidR="007A6244" w:rsidRPr="009D5BC3" w:rsidRDefault="00FA2AA1">
            <w:pPr>
              <w:keepNext/>
              <w:rPr>
                <w:lang w:val="fr-FR"/>
              </w:rPr>
            </w:pPr>
            <w:r>
              <w:rPr>
                <w:lang w:val="fr-FR"/>
              </w:rPr>
              <w:t>4427048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65C3102" w14:textId="77777777" w:rsidR="007A6244" w:rsidRDefault="00866829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FE355EF" w14:textId="025558F0" w:rsidR="007A6244" w:rsidRDefault="00FA2AA1" w:rsidP="00FA2AA1">
            <w:pPr>
              <w:keepNext/>
            </w:pPr>
            <w:r>
              <w:rPr>
                <w:i/>
                <w:color w:val="7A7A7A"/>
              </w:rPr>
              <w:t xml:space="preserve">Loc. </w:t>
            </w:r>
            <w:proofErr w:type="spellStart"/>
            <w:r>
              <w:rPr>
                <w:i/>
                <w:color w:val="7A7A7A"/>
              </w:rPr>
              <w:t>Feldru</w:t>
            </w:r>
            <w:proofErr w:type="spellEnd"/>
            <w:r>
              <w:rPr>
                <w:i/>
                <w:color w:val="7A7A7A"/>
              </w:rPr>
              <w:t xml:space="preserve">, str. </w:t>
            </w:r>
            <w:proofErr w:type="spellStart"/>
            <w:r>
              <w:rPr>
                <w:i/>
                <w:color w:val="7A7A7A"/>
              </w:rPr>
              <w:t>Vasile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Nascu</w:t>
            </w:r>
            <w:proofErr w:type="spellEnd"/>
            <w:r>
              <w:rPr>
                <w:i/>
                <w:color w:val="7A7A7A"/>
              </w:rPr>
              <w:t>, nr. 98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866829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866829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866829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866829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3E3EC3B6" w14:textId="77777777" w:rsidR="007A6244" w:rsidRPr="009D5BC3" w:rsidRDefault="00866829">
            <w:pPr>
              <w:keepNext/>
              <w:rPr>
                <w:lang w:val="fr-FR"/>
              </w:rPr>
            </w:pPr>
            <w:proofErr w:type="spellStart"/>
            <w:proofErr w:type="gram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comunei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sector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9D5BC3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08E70280" w14:textId="77777777" w:rsidR="007A6244" w:rsidRPr="009D5BC3" w:rsidRDefault="007A6244">
            <w:pPr>
              <w:keepNext/>
              <w:rPr>
                <w:lang w:val="fr-FR"/>
              </w:rPr>
            </w:pP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866829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866829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866829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866829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866829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866829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866829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866829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866829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866829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866829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866829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866829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866829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866829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866829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866829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866829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866829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 xml:space="preserve">DATA ȘI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866829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866829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866829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00561" w14:textId="77777777" w:rsidR="00866829" w:rsidRDefault="00866829">
      <w:r>
        <w:separator/>
      </w:r>
    </w:p>
  </w:endnote>
  <w:endnote w:type="continuationSeparator" w:id="0">
    <w:p w14:paraId="4F051350" w14:textId="77777777" w:rsidR="00866829" w:rsidRDefault="00866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319F4" w14:textId="2E95B5F8" w:rsidR="007A6244" w:rsidRDefault="00866829">
    <w:pPr>
      <w:pStyle w:val="Footer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6675F" w14:textId="77777777" w:rsidR="00866829" w:rsidRDefault="00866829">
      <w:r>
        <w:separator/>
      </w:r>
    </w:p>
  </w:footnote>
  <w:footnote w:type="continuationSeparator" w:id="0">
    <w:p w14:paraId="68CF33A4" w14:textId="77777777" w:rsidR="00866829" w:rsidRDefault="00866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C103E"/>
    <w:rsid w:val="007A6244"/>
    <w:rsid w:val="007F2503"/>
    <w:rsid w:val="00866829"/>
    <w:rsid w:val="009C5408"/>
    <w:rsid w:val="009D5BC3"/>
    <w:rsid w:val="00AA1D8D"/>
    <w:rsid w:val="00B47730"/>
    <w:rsid w:val="00CB0664"/>
    <w:rsid w:val="00D21BCF"/>
    <w:rsid w:val="00E61A6B"/>
    <w:rsid w:val="00F816D8"/>
    <w:rsid w:val="00FA2A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</cp:lastModifiedBy>
  <cp:revision>2</cp:revision>
  <dcterms:created xsi:type="dcterms:W3CDTF">2013-12-23T23:15:00Z</dcterms:created>
  <dcterms:modified xsi:type="dcterms:W3CDTF">2026-10-08T06:02:00Z</dcterms:modified>
  <cp:category/>
</cp:coreProperties>
</file>